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Ахмадуллиной Наталии Маулетовне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