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«Дорожно-ремонтное строительное управление –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ГОРОДА МОСКВЫ "АВТОМОБИЛЬНЫЕ ДОРОГИ ЮГО-ЗАПАДНОГО АДМИНИСТРАТИВНОГО ОКРУГА" (подробнее) Ответчики: ООО "ДОРОЖНО-РЕМОНТНОЕ СТРОИТЕЛЬНОЕ УПРАВЛЕНИЕ-1"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