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Федеральной службе судебных приставов и Управлению Федеральной службы судебных приставов по Амурской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