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«АНТ ЯПЫ Санайи ве Тиджарет Аноним Ширкети»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