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июня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Северо-Кавказского округа от 14 февраля 2025 г.,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государственного казенного учреждения Краснодарского края «Дирекция государственных закупок»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Государственное казенное учреждение Краснодарского края "Дирекция государственных закупок" (подробнее) Государственное казённое учреждение Краснодарского края "Дирекция государственных закупок" (подробнее) ООО "МФЦН" (подробнее) Иные лица: Управление Федеральной антимонопольной службы по Краснодарскому краю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