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16 апреля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Комитета по экономическому развитию и инвестиционной политике Псковской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