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Москаленко Максиму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