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Производственно-коммерческая фирма «Интеграция»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