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местного самоуправления города Владикавказа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