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«Мануфактура Балина»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