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Афалову Даниилу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