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Мельниковой Юлии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