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31 марта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«ПМК-98»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