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Михайловой Полине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