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Инспекции по жилищному надзору Республики Крым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