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«Колония-поселение № 12 Управления Федеральной службы исполнения наказаний по Пензенской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