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Осеева И.П. обратилась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24 марта 2025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Осеевой Инны Петровны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