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округа-город Волжский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