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Фирма «Прок-тор»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