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11 декабря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«АНИ»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ПРОКУРАТУРА РЕСПУБЛИКИ ТЫВА (подробнее) Ответчики: ГОСУДАРСТВЕННОЕ КАЗЕННОЕ УЧРЕЖДЕНИЕ РЕСПУБЛИКИ ТЫВА "ГОССТРОЙЗАКАЗ" (подробнее) ООО " АНИ " (подробнее) Иные лица: МИНИСТЕРСТВО СТРОИТЕЛЬСТВА И ЖИЛИЩНО-КОММУНАЛЬНОГО ХОЗЯЙСТВА РЕСПУБЛИКИ ТЫВА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