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Котласского муниципального округа Архангельской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Котласского муниципального округа Архангельской области (подробнее) Ответчики: Контрольно-ревизионная инспекция Архангельской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