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«Инвестиционная компания «Свет звезд»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"Инвестиционная компания "Свет звёзд" (подробнее) Ответчики: ИНФС №2 по г. Краснодар (подробнее) ИФНС №4 по г. Краснодару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