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«Юг-Дорснаб»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"ЮГ-ДОРСНАБ" (подробнее) Ответчики: ООО ПЛЕМЗАВОД "БАРЫБИНО"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