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«РусГидро Снабжение»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