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«Новосибирский картонно-бумажный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