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«73» на постановление Арбитражного суда Московского округа от 17 октября 2024 г. по делу № А40-244870/2023 Арбитражного суда города Москвы оставить без рассмотрения по существу. Председательствующий судья А.А. Якимов Судья М.К. Антонова Судья Т.В. Завьялова Суд: Верховный Суд РФ (подробнее) Истцы: ООО "73" (подробнее) Ответчики: Федеральная служба по надзору в сфере связи, информационных технологий и массовых коммуникаций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