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Коммерческий Банк «Кремлевский»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в/у ООО ГК "Север" - Мельников П.Ю. (подробнее) ООО "АЛЬЯНС БИЗНЕСА И ПРАВА" (подробнее) Ответчики: ООО Коммерческий банк "Кремлевский"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