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Суоярвского муниципального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