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Верховный Суд Российской Федерации с жалобой на указанные судебные акты, одновременно заявив ходатайство об освобождении от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сборах. Как указано в подпункте 11 пункта 1 статьи 33337 Налогового кодекса Российской Федерации (далее - НК РФ),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освобождаются государственные органы, органы местного самоуправления, органы публичной власти федеральной территории «Сириус», выступающие по делам, рассматриваемым Верховным Судом Российской Федерации, арбитражными судами, в качестве истцов или ответчиков. 27 ноября 2024 г. Президиумом Верховного Суда Российской Федерации утвержден Обзор судебной практики Верховного Суда Российской Федерации № 2, 3 (2024), в котором даны разъяснения по вопросам применения законодательства Российской Федерации о налогах и сборах, возникшим в связи со вступлением в силу Федерального закона от 8 августа 2024 г.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 и касающимся уплаты государственной пошлины при рассмотрении дел в судах. В частности, разъяснено, что учреждения, подведомственные органам государственной власти и органам местного самоуправления (например, учреждения здравоохранения, образования, культуры, охраны, жилищно-коммунального хозяйства), от уплаты государственной пошлины не освобождаются, за исключением случаев, когда спор связан с выполнением таким учреждением отдельных функций государственного органа (органа местного самоуправления), на что прямо указано в нормативном правовом акте, делегирующем учреждению подобные полномочия, и, соответственно, защитой государственных, общественных интересов (подпункт 19 пункта 1 статьи 33336, подпункт 11 пункта 1 статьи 33337 НК РФ). Например, освобождаются от 3 уплаты государственной пошлины учреждение здравоохранения при рассмотрении спора по поводу проведения медико-социальной экспертизы; медицинская противотуберкулезная организация при подаче административного искового заявления о госпитализации гражданина в медицинскую противотуберкулезную организацию в недобровольном порядке; исправительное учреждение по делам об установлении административного надзора. Изложенное свидетельствует о том, что в силу подпункта 11 пункта 1 статьи 33337 НК РФ учреждение освобождено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законодательством. Руководствуясь статьями 102, 184 Арбитражного процессуального кодекса Российской Федерации и статьей 33337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освободить государственное казенное учреждение Краснодарского края «Дирекция государственных закупок» от уплаты государственной пошлины при подаче кассационной жалобы на решение Арбитражного суда Краснодарского края от 3 июля 2024 г., постановление Пятнадцатого арбитражного апелляционного суда от 25 октября 2024 г. и постановление Арбитражного суда Северо-Кавказского округа от 14 февраля 2025 г. по делу № А32-59477/2023. Судья Верховного Суда М.К. 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