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«Шпалозавод»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Федянина Наталья Владимировна (подробнее) Ответчики: ООО ШПАЛОЗАВОД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