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Шустову Михаилу Юрьевичу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