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24 декабря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казенного учреждения муниципального образования Тихорецкий район «Единая служба заказчика»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МКУ МО ТР "Единая служба заказчика" (подробнее) Муниципальное казенное учреждение муниципального образования Тихорецкий район "Единая служба заказчика" (подробнее) Иные лица: Департамент финансово-бюджетного надзора Краснодарского края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