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«Выборгский район»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