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 декабря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«Медикэр»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"Медикэр" (подробнее) Ответчики: ООО "А.В.Е-ЛОЯЛТИ"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