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Страховая компания «Сбербанк 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