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3 декабря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«Мир продуктов»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"ШЕФ ДЕЛИВЕРИ" (подробнее) Ответчики: ООО "Мир продуктов" (подробнее) Судьи дела: Антонова М.К. (судья) (подробнее) Последние документы по делу: Определение от 8 апреля 2025 г. по делу № А40-28216/2024 Определение от 3 марта 2025 г. по делу № А40-28216/2024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