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Шагдурову Альберту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