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«Экспортно-промышленная фирма «Судотехнология»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