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«Федеральная сетевая компания – Россети»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Федеральная Сетевая Компания - РОССЕТИ (подробнее) Ответчики: Управление Федеральной антимонопольной службы по Свердловской области (подробнее) Иные лица: ООО "Снабженец-2"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