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«Проектно-строительная компания «Арсенал»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