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«ГСП-Комплектация»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