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«Неразрушающий контроль»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