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АДМИНИСТРАЦИЯ МО ГОРОД-КУРОРТ АНАПА (подробнее) Ответчики: врио старшего судебного пристава Анапского городского отдела судебных приставов Главного управления Федеральной службы судебных приставов по Краснодарскому краю Иванов П.В. (подробнее) Главный судебный пристав Главного управления Федеральной службы судебных приставов по Краснодарскому краю (подробнее) Главный судебный пристав Главного управления Федеральной службы судебных приставов по Краснодарскому краю Ткаченко Д.Г. (подробнее) СПИ Иванов П.И. Анапского ГО УФССП по КК (подробнее) старший судебный пристав-исполнитель Анапского городского отдела судебных приставов Главного управления Федеральной службы судебных приставов по Краснодарскому краю Попов Д.М.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