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службе по труду и занятости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Федеральная служба по труду и занятости (подробнее) Ответчики: Федеральная антимонопольная служба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