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«Медико-санитарная часть Министерства внутренних дел Российской Федерации по Вологодской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ЗДРАВООХРАНЕНИЯ "МЕДИКО-САНИТАРНАЯ ЧАСТЬ МИНИСТЕРСТВА ВНУТРЕННИХ ДЕЛ РОССИЙСКОЙ ФЕДЕРАЦИИ ПО ВОЛОГОДСКОЙ ОБЛАСТИ" (подробнее) Ответчики: ТФОМС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