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труду и занятости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