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образования администрации муниципального образования «Починковский муниципальный округ» Смоленской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