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«Производственное объединение «Проектстройпоставка»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