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«Транс-Альфа»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