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лужба доставк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